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Worksheet: Communicating the Chair’s Role to Faculty and Staff</w:t>
      </w:r>
    </w:p>
    <w:p>
      <w:r>
        <w:t>Objective: This worksheet will help you outline the key functions and responsibilities of a department chair, detail accomplishments, and address faculty and staff’s expectations or questions regarding the role.</w:t>
        <w:br/>
      </w:r>
    </w:p>
    <w:p>
      <w:pPr>
        <w:pStyle w:val="Heading2"/>
      </w:pPr>
      <w:r>
        <w:t>Section 1: Role Overview</w:t>
      </w:r>
    </w:p>
    <w:p>
      <w:r>
        <w:t>1. Identify the Chair’s Core Responsibilities</w:t>
      </w:r>
    </w:p>
    <w:p>
      <w:r>
        <w:t>List your primary responsibilities as department chair, categorizing them by function.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Function Category</w:t>
            </w:r>
          </w:p>
        </w:tc>
        <w:tc>
          <w:tcPr>
            <w:tcW w:type="dxa" w:w="4320"/>
          </w:tcPr>
          <w:p>
            <w:r>
              <w:t>Responsibility</w:t>
            </w:r>
          </w:p>
        </w:tc>
      </w:tr>
    </w:tbl>
    <w:p>
      <w:r>
        <w:t>Example Categories:</w:t>
        <w:br/>
        <w:t>Administrative, Faculty Support, Student Engagement, Strategic Planning, Community Outreach</w:t>
        <w:br/>
      </w:r>
    </w:p>
    <w:p>
      <w:r>
        <w:t>2. Describe Your Daily and Weekly Tasks</w:t>
      </w:r>
    </w:p>
    <w:p>
      <w:r>
        <w:t>Provide examples of typical daily or weekly tasks that faculty may not see.</w:t>
        <w:br/>
        <w:t>Example: 'Meeting with the Dean to discuss resource allocations,' 'Coordinating student recruitment efforts,' or 'Reviewing faculty promotion applications.'</w:t>
      </w:r>
    </w:p>
    <w:p>
      <w:pPr>
        <w:pStyle w:val="Heading2"/>
      </w:pPr>
      <w:r>
        <w:t>Section 2: Achievements and Impact</w:t>
      </w:r>
    </w:p>
    <w:p>
      <w:r>
        <w:t>3. Highlight Key Accomplishments as Chair</w:t>
      </w:r>
    </w:p>
    <w:p>
      <w:r>
        <w:t>List and describe major accomplishments that have positively impacted the department.</w:t>
        <w:br/>
        <w:t>Example: Achievement: Initiated a new graduate program.</w:t>
        <w:br/>
        <w:t>Impact: Increased enrollment, expanded department’s research capabilities.</w:t>
      </w:r>
    </w:p>
    <w:p>
      <w:r>
        <w:t>4. Data and Metrics</w:t>
      </w:r>
    </w:p>
    <w:p>
      <w:r>
        <w:t>Identify specific metrics or outcomes that reflect progress, such as:</w:t>
        <w:br/>
        <w:t>- Increases in student enrollment, faculty publications, grant funding, etc.</w:t>
        <w:br/>
        <w:t>- Improvement in student retention or graduation rates.</w:t>
      </w:r>
    </w:p>
    <w:p>
      <w:r>
        <w:t>5. Strategic Initiatives for Future Growth</w:t>
      </w:r>
    </w:p>
    <w:p>
      <w:r>
        <w:t>List any initiatives you are leading to ensure the department’s continued growth and success. Briefly describe how these initiatives align with the department’s or university’s mission.</w:t>
        <w:br/>
        <w:t>Example: 'Building partnerships with local businesses to create internship opportunities.'</w:t>
      </w:r>
    </w:p>
    <w:p>
      <w:pPr>
        <w:pStyle w:val="Heading2"/>
      </w:pPr>
      <w:r>
        <w:t>Section 3: Addressing Faculty and Staff Expectations</w:t>
      </w:r>
    </w:p>
    <w:p>
      <w:r>
        <w:t>6. What Faculty and Staff Should Know About the Chair Role</w:t>
      </w:r>
    </w:p>
    <w:p>
      <w:r>
        <w:t>Reflect on any misconceptions about your role. What do you want faculty and staff to better understand?</w:t>
        <w:br/>
        <w:t>Example: 'Balancing administrative duties with academic leadership often limits my availability for spontaneous meetings. Regular office hours or scheduled times can help manage expectations.'</w:t>
      </w:r>
    </w:p>
    <w:p>
      <w:r>
        <w:t>7. How Faculty and Staff Can Support Department Goals</w:t>
      </w:r>
    </w:p>
    <w:p>
      <w:r>
        <w:t>List a few ways faculty and staff can assist in departmental initiatives.</w:t>
        <w:br/>
        <w:t>Example: 'Participation in recruitment events' or 'Serving on task forces for new curriculum planning.'</w:t>
      </w:r>
    </w:p>
    <w:p>
      <w:pPr>
        <w:pStyle w:val="Heading2"/>
      </w:pPr>
      <w:r>
        <w:t>Section 4: Preparing Your Presentation</w:t>
      </w:r>
    </w:p>
    <w:p>
      <w:r>
        <w:t>8. Crafting Key Messages</w:t>
      </w:r>
    </w:p>
    <w:p>
      <w:r>
        <w:t>Summarize the top three messages you want faculty and staff to take away from your presentation.</w:t>
        <w:br/>
        <w:t>Example:</w:t>
        <w:br/>
        <w:t>- The chair’s role involves strategic decisions to benefit the department in the long term.</w:t>
        <w:br/>
        <w:t>- Faculty collaboration is vital in reaching shared goals.</w:t>
        <w:br/>
        <w:t>- Transparency and communication are priorities in my leadership.</w:t>
      </w:r>
    </w:p>
    <w:p>
      <w:r>
        <w:t>9. Interactive Elements</w:t>
      </w:r>
    </w:p>
    <w:p>
      <w:r>
        <w:t>Plan an interactive segment where faculty and staff can ask questions or provide feedback. This could be a Q&amp;A session or small group discussions on specific topics.</w:t>
      </w:r>
    </w:p>
    <w:p>
      <w:r>
        <w:t>10. Next Steps and Feedback Loop</w:t>
      </w:r>
    </w:p>
    <w:p>
      <w:r>
        <w:t>Conclude with actionable next steps. Consider proposing a regular feedback loop, such as:</w:t>
        <w:br/>
        <w:t>- Quarterly updates on departmental initiatives.</w:t>
        <w:br/>
        <w:t>- A designated feedback channel where faculty and staff can share thoughts on leadership effectiveness.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